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חגים ומועדים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שמות של חגים עיקריים ומה עושים בכל 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הקשורות לחגים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ברכה פשוטה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- מה נכון?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דבש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מתחפשים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הגדה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יום העצמאות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סוכה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בטקסט שמברכים 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אוכלים ארוחות בסוכה בחצר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בטקסט שמשחקים בסביבון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נותנים משלוחי מנות לחברים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כתוב בטקסט שתולים דגלים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מבנק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בפסח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דבש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חג למה שעושים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(תפוח בדבש)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(סוכה בחצר)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(סביבון ונרות)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(תחפושת ומשלוח מנות)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(הגדה ומצה)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תפוח בדבש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ברכה לחג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מציין שם חג נכון, כותב ברכה מתאימה ומזכיר מנהג אחד מהחג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חג אמיתי עם מנהג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הנכונה: נרות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הנכונה: יום העצמאות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הטקסט בקול לפני תחילת התרגול כדי לחזק הבנת שמיעה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על חלק ההתאמה בזוגות כדי לעודד שיחה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לתלות את הברכות בכיתה לקראת החג הקרוב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חגים ומועדים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בארץ יש הרבה חגים. בכל חג עושים דברים אחרים. נלמד מילים חדשות על החגים.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מיוחד שחוגגים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ראש השנה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תחילת השנה העברית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בית קטן וזמני שבונים בחג סוכות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חנוכה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שבו מדליקים נרות שמונה ימים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שבו מתחפשים ונותנים מתנות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פסח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שבו אוכלים מצה וקוראים בהגדה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דגל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 צבעוני שמייצג מדינה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תחפושת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בגדים מיוחדים ללבוש לכבוד חג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- מה נכון?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אוכלים עם תפוח בראש השנה?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ימים חג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בפורים?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בונים סוכה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מתחפשים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תולים דגלים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קוראים הגדה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ספר קוראים בפסח?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תנך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יש דגלים על הבתים?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העצמאות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בונים בחג סוכות?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חנוכייה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תחפושת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בראש השנה מאחלים שנה טובה ומתוקה.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בסוכות אוכלים ארוחות רק בבית ולא בסוכה.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בחנוכה משחקים בסביבון.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בפורים נותנים משלוחי מנות רק למשפחה.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העצמאות תולים דגלים כחול-לבן.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מבנק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בסוכות בונים __________ בחצר.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מדליקים נרות שמונה ימים.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ילדים מתחפשים ונותנים משלוחי מנות.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כל המשפחה יושבת יחד בליל הסדר.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בראש השנה אוכלים תפוח ב__________.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חג למה שעושים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ראש השנה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תחפושת ומשלוח מנות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סוכות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הגדה ומצה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חנוכה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תפוח בדבש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סביבון ונרות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פסח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סוכה בחצר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בראש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תפוח בדבש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אוכלים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- ברכה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ברכה לחבר או לחברה לחג הקרוב. כתבו את שם החג ומשהו אחד שעושים בו.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שם של חג אחד ומה עושים בו.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בחנוכה מדליקים ___.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חג תולים דגלים כחול-לבן?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חגים ומועדים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